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חדר בריחה – זכויות הילד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עובדות מרכזיות על האמנה בדבר זכויות הילד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קבוצות שונות של זכויות ילד ולדוגמאות שלהן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מה עושים כשזכות נפגעת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מנעול 1–2: עובדות על האמנה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1989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נובמבר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התפתחות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מנעול 3: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אלה זכויות בסיסיות המוכרות לכל 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זכויות הילד כוללות שוויון וחל איסור על אפליה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זכות ההשתתפות מאפשרת זאת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מנעול 4: השלימו את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זכויות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חינוך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מנעול 5: התאימו קבוצת זכות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(מזון, מים ומקום לגור)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(בית ספר ומשחק)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ג (שמירה מפני אלימות והזנחה)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ד (להביע דעה ולהישמע)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קוד סודי: מה עושים כשזכות נפגעת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לשים לב שזכות מסוימת נפגעה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לספר למבוגר אחראי שסומכים עליו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לבקש עזרה מגורם מתאים כמו מורה או הורה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פתיחת הארכיון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 סימנים כמו עצב, פחד, הימנעות מבית ספר או סיפור ישיר של הילד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1989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לדוגמה הישרדות-מזון, השתתפות-הבעת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לספר למבוגר אחראי ולבקש עזרה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להריץ את הדף כהכנה או כסיכום למשחק חדר הבריחה הדיגיטלי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להסביר בעל פה את ההבדל בין קבוצות הזכויות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לאפשר שיתוף קצר במליאה ללא חשיפת מידע אישי רגיש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חדר בריחה – זכויות הילד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בחדר הבריחה פותחים מנעולים על ידי מענה נכון על שאלות הקשורות לזכויות הילד. דף זה מתרגל את אותו תוכן בצורה כתובה.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חינוך  ·  זכויות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מנעול 1–2: עובדות על האמנה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מתי התקבלה האמנה בדבר זכויות הילד?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1979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1999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1989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באיזה חודש חוגגים את יום זכויות הילד?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ינואר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נובמבר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זכות הקשורה ללמידה ולמשחק שייכת לקבוצת...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הישרדות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התפתחות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מנעול 3: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לכל ילד יש זכות לבריאות ולחינוך.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מותר להפלות ילד בגלל ארץ מוצאו.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לילדים יש זכות להביע את דעתם בנושאים הנוגעים להם.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מנעול 4: השלימו את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האמנה בדבר __________ הילד התקבלה בשנת 1989.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הזכות ל__________ כוללת בית ספר ולמידה.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מנעול 5: התאימו קבוצת זכות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הישרדות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בית ספר ומשחק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התפתחות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מזון, מים ומקום לגור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הגנה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שמירה מפני אלימות והזנחה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השתתפות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להביע דעה ולהישמע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קוד סודי: מה עושים כשזכות נפגעת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לבקש עזרה מגורם מתאים כמו מורה או הורה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לשים לב שזכות מסוימת נפגעה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לספר למבוגר אחראי שסומכים עליו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פתיחת הארכיון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באילו דרכים אפשר לדעת שזכות של ילד נפגעה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באיזו שנה התקבלה האמנה בדבר זכויות הילד?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ציינו שתי קבוצות של זכויות ילד עם דוגמה לכל אחת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חדר בריחה – זכויות הילד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