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האמנה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שונות של זכויות ילד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1–2: עובדות על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הישרדות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3: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זכויות בסיסיות המוכרות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זכויות הילד כוללות שוויון וחל איסור על אפליה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זכות ההשתתפות מאפשרת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זכויות אלה מוכרות לכל ילד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זכות ההגנה שומרת על ילדים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זכויות הילד אינן תלויות במילוי חובות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4: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5: התאימו קבוצת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(מזון, מים ומקום לגור)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ספר ומשחק)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(שמירה מפני אלימות והזנחה)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(יחס שווה לכל ילד ללא קשר למוצא)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קוד סודי: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שזכות מסוימת נפגעה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מגורם מתאים כמו מורה או הורה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הבעיה נפתרה ולבקש עזרה נוספת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סימנים כמו עצב, פחד, הימנעות מבית ספר או סיפור ישיר של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קשר לזכות נבחרת ונימוק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הישרדות-מזון, השתתפות-הבעת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למבוגר אחראי ולבקש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או כסיכום למשחק חדר הבריחה הדיגיטלי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בעל פה את ההבדל בין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קצר במליאה ללא חשיפת מידע אישי רגיש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פותחים מנעולים עם תשובות נכונות על זכויות של ילדים. בדף הזה נתרגל את אותן שאלות בכתב.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חשוב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כלפי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 ולהיות מעורבים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לגדול, ללמוד ולשחק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בבריאות ובביטחון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1–2: עובדות על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התקבלה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יש יום מיוחד לזכויות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סוגי זכויות יש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קבוצה כוללת לימוד ומשחק?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קבוצה כוללת הבעת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קבוצה כוללת מזון ומגורים?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3: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לבריאות ולחינוך.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ארץ מוצאו.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יש זכות להביע את דעתם בנושאים הנוגעים 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חלות רק על ילדים במדינה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מפני פגיעה והזנחה היא חלק מזכויות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שלא ממלא חובה מאבד את כל זכויותיו.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4: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האמנה בדבר __________ הילד התקבלה בשנת 1989.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כוללת בית ספר ולמידה.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ל__________ ילד בגלל דתו, צבעו או מינו.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זכות ה__________ מאפשרת לילדים להביע דעה ולהיות מעורבים.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5: התאימו קבוצת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הישרדות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ספר ומשחק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התפתחות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מפני אלימות והזנחה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מזון, מים ומקום לגור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יחס שווה לכל ילד ללא קשר למוצא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להביע דעה ולהישמע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קוד סודי: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עזרה מגורם מתאים כמו מורה או הורה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שזכות מסוימת נפגעה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הבעיה נפתרה ולבקש עזרה נוספת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אחראי שסומכים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הארכיון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באילו דרכים אפשר לדעת שזכות של ילד נפגעה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זכות אחת שחשובה לכם במיוחד וכתבו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התקבלה האמנה בדבר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קבוצות של זכויות ילד עם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מרגישים שזכות שלכם נפגעה?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